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3151E" w14:textId="77777777" w:rsidR="0029787E" w:rsidRDefault="0029787E">
      <w:pPr>
        <w:jc w:val="center"/>
        <w:rPr>
          <w:b/>
        </w:rPr>
      </w:pPr>
    </w:p>
    <w:p w14:paraId="2B3F6898" w14:textId="77777777" w:rsidR="0029787E" w:rsidRDefault="0029787E">
      <w:pPr>
        <w:jc w:val="center"/>
        <w:rPr>
          <w:b/>
        </w:rPr>
      </w:pPr>
    </w:p>
    <w:p w14:paraId="0D22DF02" w14:textId="08EDF0E6" w:rsidR="00CC4FB8" w:rsidRDefault="00000000">
      <w:pPr>
        <w:jc w:val="center"/>
        <w:rPr>
          <w:b/>
          <w:sz w:val="24"/>
          <w:szCs w:val="24"/>
          <w:lang w:val="pl-PL"/>
        </w:rPr>
      </w:pPr>
      <w:r w:rsidRPr="00D91CF1">
        <w:rPr>
          <w:b/>
          <w:sz w:val="24"/>
          <w:szCs w:val="24"/>
          <w:lang w:val="pl-PL"/>
        </w:rPr>
        <w:t>GRAD ILOK</w:t>
      </w:r>
      <w:r w:rsidRPr="00D91CF1">
        <w:rPr>
          <w:b/>
          <w:sz w:val="24"/>
          <w:szCs w:val="24"/>
          <w:lang w:val="pl-PL"/>
        </w:rPr>
        <w:br/>
        <w:t>GRADSKO POVJERENSTVO ZA PROCJENU ŠTETA OD PRIRODNIH NEPOGODA</w:t>
      </w:r>
    </w:p>
    <w:p w14:paraId="35DAFDB0" w14:textId="77777777" w:rsidR="00D91CF1" w:rsidRPr="00D91CF1" w:rsidRDefault="00D91CF1">
      <w:pPr>
        <w:jc w:val="center"/>
        <w:rPr>
          <w:sz w:val="24"/>
          <w:szCs w:val="24"/>
          <w:lang w:val="pl-PL"/>
        </w:rPr>
      </w:pPr>
    </w:p>
    <w:p w14:paraId="0DD215CA" w14:textId="77777777" w:rsidR="00CC4FB8" w:rsidRPr="00D91CF1" w:rsidRDefault="00000000">
      <w:pPr>
        <w:jc w:val="center"/>
        <w:rPr>
          <w:lang w:val="pl-PL"/>
        </w:rPr>
      </w:pPr>
      <w:r w:rsidRPr="00D91CF1">
        <w:rPr>
          <w:b/>
          <w:sz w:val="28"/>
          <w:lang w:val="pl-PL"/>
        </w:rPr>
        <w:t>IZJAVA O OSIGURANJU</w:t>
      </w:r>
    </w:p>
    <w:p w14:paraId="4F9A937D" w14:textId="77777777" w:rsidR="00CC4FB8" w:rsidRPr="00D91CF1" w:rsidRDefault="00000000">
      <w:pPr>
        <w:jc w:val="center"/>
        <w:rPr>
          <w:lang w:val="pl-PL"/>
        </w:rPr>
      </w:pPr>
      <w:r w:rsidRPr="00D91CF1">
        <w:rPr>
          <w:b/>
          <w:sz w:val="24"/>
          <w:lang w:val="pl-PL"/>
        </w:rPr>
        <w:t>poljoprivrednih kultura od rizika suše</w:t>
      </w:r>
    </w:p>
    <w:p w14:paraId="18E1CEF2" w14:textId="77777777" w:rsidR="00D91CF1" w:rsidRDefault="00D91CF1">
      <w:pPr>
        <w:rPr>
          <w:lang w:val="pl-PL"/>
        </w:rPr>
      </w:pPr>
    </w:p>
    <w:p w14:paraId="3112C573" w14:textId="77777777" w:rsidR="00D91CF1" w:rsidRDefault="00D91CF1">
      <w:pPr>
        <w:rPr>
          <w:lang w:val="pl-PL"/>
        </w:rPr>
      </w:pPr>
    </w:p>
    <w:p w14:paraId="78190995" w14:textId="29CCCE4A" w:rsidR="00CC4FB8" w:rsidRPr="00D91CF1" w:rsidRDefault="00000000">
      <w:pPr>
        <w:rPr>
          <w:lang w:val="pl-PL"/>
        </w:rPr>
      </w:pPr>
      <w:r w:rsidRPr="00D91CF1">
        <w:rPr>
          <w:lang w:val="pl-PL"/>
        </w:rPr>
        <w:t>Ime i prezime / naziv prijavitelja: ______________________________________________</w:t>
      </w:r>
    </w:p>
    <w:p w14:paraId="73919DE6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t>OIB: ______________________________     MIBPG: ______________________________</w:t>
      </w:r>
    </w:p>
    <w:p w14:paraId="34637BAA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t>Adresa: _______________________________________________________________________</w:t>
      </w:r>
    </w:p>
    <w:p w14:paraId="678BED04" w14:textId="77777777" w:rsidR="00CC4FB8" w:rsidRPr="00D91CF1" w:rsidRDefault="00000000" w:rsidP="0029787E">
      <w:pPr>
        <w:jc w:val="both"/>
        <w:rPr>
          <w:lang w:val="pl-PL"/>
        </w:rPr>
      </w:pPr>
      <w:r w:rsidRPr="00D91CF1">
        <w:rPr>
          <w:lang w:val="pl-PL"/>
        </w:rPr>
        <w:br/>
        <w:t>U vezi s prijavom štete od prirodne nepogode – suše na području Grada Iloka, izjavljujem da su poljoprivredne kulture/površine za koje podnosim prijavu štete:</w:t>
      </w:r>
    </w:p>
    <w:p w14:paraId="7E109E7F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t>☐ NISU OSIGURANE od rizika suše kod osiguravajućeg društva.</w:t>
      </w:r>
    </w:p>
    <w:p w14:paraId="5E9D6B7D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t>☐ JESU OSIGURANE od rizika suše kod osiguravajućeg društva:</w:t>
      </w:r>
    </w:p>
    <w:p w14:paraId="58319644" w14:textId="6A14F774" w:rsidR="00CC4FB8" w:rsidRPr="00D91CF1" w:rsidRDefault="00000000">
      <w:pPr>
        <w:rPr>
          <w:lang w:val="pl-PL"/>
        </w:rPr>
      </w:pPr>
      <w:r w:rsidRPr="00D91CF1">
        <w:rPr>
          <w:lang w:val="pl-PL"/>
        </w:rPr>
        <w:t>_____________________________________________________________________________</w:t>
      </w:r>
    </w:p>
    <w:p w14:paraId="015E9236" w14:textId="0FCD47FD" w:rsidR="00CC4FB8" w:rsidRPr="00D91CF1" w:rsidRDefault="00000000">
      <w:pPr>
        <w:rPr>
          <w:lang w:val="pl-PL"/>
        </w:rPr>
      </w:pPr>
      <w:r w:rsidRPr="00D91CF1">
        <w:rPr>
          <w:lang w:val="pl-PL"/>
        </w:rPr>
        <w:t>Broj police (ako je primjenjivo): _________________________________________</w:t>
      </w:r>
      <w:r w:rsidR="0029787E" w:rsidRPr="00D91CF1">
        <w:rPr>
          <w:lang w:val="pl-PL"/>
        </w:rPr>
        <w:t>___</w:t>
      </w:r>
      <w:r w:rsidRPr="00D91CF1">
        <w:rPr>
          <w:lang w:val="pl-PL"/>
        </w:rPr>
        <w:t>________</w:t>
      </w:r>
    </w:p>
    <w:p w14:paraId="241BDD7D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br/>
        <w:t>Potvrđujem da su navedeni podaci istiniti i potpuni.</w:t>
      </w:r>
    </w:p>
    <w:p w14:paraId="5C0CBCE8" w14:textId="77777777" w:rsidR="00CC4FB8" w:rsidRPr="00D91CF1" w:rsidRDefault="00000000">
      <w:pPr>
        <w:rPr>
          <w:lang w:val="pl-PL"/>
        </w:rPr>
      </w:pPr>
      <w:r w:rsidRPr="00D91CF1">
        <w:rPr>
          <w:lang w:val="pl-PL"/>
        </w:rPr>
        <w:br/>
        <w:t>U Iloku, __________________ 2026. godine</w:t>
      </w:r>
    </w:p>
    <w:p w14:paraId="48A320FC" w14:textId="77777777" w:rsidR="00D91CF1" w:rsidRDefault="00000000">
      <w:pPr>
        <w:jc w:val="right"/>
        <w:rPr>
          <w:lang w:val="pl-PL"/>
        </w:rPr>
      </w:pPr>
      <w:r w:rsidRPr="00D91CF1">
        <w:rPr>
          <w:lang w:val="pl-PL"/>
        </w:rPr>
        <w:br/>
      </w:r>
      <w:r w:rsidRPr="00D91CF1">
        <w:rPr>
          <w:lang w:val="pl-PL"/>
        </w:rPr>
        <w:br/>
        <w:t>Potpis prijavitelja / odgovorne osobe:</w:t>
      </w:r>
    </w:p>
    <w:p w14:paraId="598EAD75" w14:textId="77777777" w:rsidR="00D91CF1" w:rsidRDefault="00D91CF1">
      <w:pPr>
        <w:jc w:val="right"/>
        <w:rPr>
          <w:lang w:val="pl-PL"/>
        </w:rPr>
      </w:pPr>
    </w:p>
    <w:p w14:paraId="6FB7F3F9" w14:textId="353551C4" w:rsidR="00CC4FB8" w:rsidRPr="00D91CF1" w:rsidRDefault="00000000">
      <w:pPr>
        <w:jc w:val="right"/>
        <w:rPr>
          <w:lang w:val="pl-PL"/>
        </w:rPr>
      </w:pPr>
      <w:r w:rsidRPr="00D91CF1">
        <w:rPr>
          <w:lang w:val="pl-PL"/>
        </w:rPr>
        <w:br/>
        <w:t>__________________________________</w:t>
      </w:r>
    </w:p>
    <w:sectPr w:rsidR="00CC4FB8" w:rsidRPr="00D91CF1" w:rsidSect="00034616">
      <w:pgSz w:w="12240" w:h="15840"/>
      <w:pgMar w:top="1020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59075740">
    <w:abstractNumId w:val="8"/>
  </w:num>
  <w:num w:numId="2" w16cid:durableId="1376195197">
    <w:abstractNumId w:val="6"/>
  </w:num>
  <w:num w:numId="3" w16cid:durableId="372581419">
    <w:abstractNumId w:val="5"/>
  </w:num>
  <w:num w:numId="4" w16cid:durableId="384329948">
    <w:abstractNumId w:val="4"/>
  </w:num>
  <w:num w:numId="5" w16cid:durableId="2035231230">
    <w:abstractNumId w:val="7"/>
  </w:num>
  <w:num w:numId="6" w16cid:durableId="111364447">
    <w:abstractNumId w:val="3"/>
  </w:num>
  <w:num w:numId="7" w16cid:durableId="1011033222">
    <w:abstractNumId w:val="2"/>
  </w:num>
  <w:num w:numId="8" w16cid:durableId="1824463428">
    <w:abstractNumId w:val="1"/>
  </w:num>
  <w:num w:numId="9" w16cid:durableId="28982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9787E"/>
    <w:rsid w:val="00326F90"/>
    <w:rsid w:val="0059116B"/>
    <w:rsid w:val="00640754"/>
    <w:rsid w:val="00A57609"/>
    <w:rsid w:val="00AA1D8D"/>
    <w:rsid w:val="00B47730"/>
    <w:rsid w:val="00CB0664"/>
    <w:rsid w:val="00CC4FB8"/>
    <w:rsid w:val="00D135EE"/>
    <w:rsid w:val="00D91C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49401"/>
  <w14:defaultImageDpi w14:val="300"/>
  <w15:docId w15:val="{E24EEEBE-238F-488B-BE13-18AB8014E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Ivana Karačić</cp:lastModifiedBy>
  <cp:revision>4</cp:revision>
  <dcterms:created xsi:type="dcterms:W3CDTF">2026-09-08T06:39:00Z</dcterms:created>
  <dcterms:modified xsi:type="dcterms:W3CDTF">2026-09-08T07:31:00Z</dcterms:modified>
  <cp:category/>
</cp:coreProperties>
</file>