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1206" w14:textId="77777777" w:rsidR="00A76C0E" w:rsidRDefault="00A76C0E">
      <w:pPr>
        <w:spacing w:after="20"/>
        <w:jc w:val="center"/>
        <w:rPr>
          <w:b/>
          <w:sz w:val="22"/>
        </w:rPr>
      </w:pPr>
    </w:p>
    <w:p w14:paraId="5CBB98CA" w14:textId="77777777" w:rsidR="00A76C0E" w:rsidRDefault="00A76C0E">
      <w:pPr>
        <w:spacing w:after="20"/>
        <w:jc w:val="center"/>
        <w:rPr>
          <w:b/>
          <w:sz w:val="22"/>
        </w:rPr>
      </w:pPr>
    </w:p>
    <w:p w14:paraId="23CD8158" w14:textId="687146F2" w:rsidR="00104EB1" w:rsidRDefault="00000000">
      <w:pPr>
        <w:spacing w:after="20"/>
        <w:jc w:val="center"/>
      </w:pPr>
      <w:r>
        <w:rPr>
          <w:b/>
          <w:sz w:val="22"/>
        </w:rPr>
        <w:t>GRAD ILOK</w:t>
      </w:r>
    </w:p>
    <w:p w14:paraId="1DE7CB29" w14:textId="77777777" w:rsidR="00104EB1" w:rsidRDefault="00000000">
      <w:pPr>
        <w:spacing w:after="20"/>
        <w:jc w:val="center"/>
      </w:pPr>
      <w:r>
        <w:rPr>
          <w:b/>
          <w:sz w:val="24"/>
        </w:rPr>
        <w:t>ZAHTJEV ZA DOVOZ ZEMLJANOG MATERIJALA</w:t>
      </w:r>
    </w:p>
    <w:p w14:paraId="6069B497" w14:textId="77777777" w:rsidR="00104EB1" w:rsidRDefault="00000000" w:rsidP="00A76C0E">
      <w:pPr>
        <w:spacing w:after="100" w:line="360" w:lineRule="auto"/>
        <w:jc w:val="center"/>
      </w:pPr>
      <w:r>
        <w:rPr>
          <w:i/>
        </w:rPr>
        <w:t>iz projekta „Izgradnja vatrogasnog doma u Iloku“</w:t>
      </w:r>
    </w:p>
    <w:p w14:paraId="5241F6BF" w14:textId="77777777" w:rsidR="00104EB1" w:rsidRDefault="00000000" w:rsidP="00A76C0E">
      <w:pPr>
        <w:spacing w:after="60" w:line="360" w:lineRule="auto"/>
      </w:pPr>
      <w:r>
        <w:rPr>
          <w:b/>
          <w:sz w:val="19"/>
        </w:rPr>
        <w:t>1. PODACI O PODNOSITELJU ZAHTJEVA</w:t>
      </w:r>
    </w:p>
    <w:p w14:paraId="47A3DAD2" w14:textId="77777777" w:rsidR="00104EB1" w:rsidRDefault="00000000" w:rsidP="00A76C0E">
      <w:pPr>
        <w:spacing w:line="360" w:lineRule="auto"/>
      </w:pPr>
      <w:r>
        <w:rPr>
          <w:b/>
        </w:rPr>
        <w:t>Ime i prezime / naziv:</w:t>
      </w:r>
      <w:r>
        <w:t xml:space="preserve"> _______________________________________________________________</w:t>
      </w:r>
    </w:p>
    <w:p w14:paraId="740E9788" w14:textId="77777777" w:rsidR="00104EB1" w:rsidRDefault="00000000" w:rsidP="00A76C0E">
      <w:pPr>
        <w:spacing w:line="360" w:lineRule="auto"/>
      </w:pPr>
      <w:r>
        <w:rPr>
          <w:b/>
        </w:rPr>
        <w:t>Adresa / sjedište:</w:t>
      </w:r>
      <w:r>
        <w:t xml:space="preserve"> ____________________________________________________________________</w:t>
      </w:r>
    </w:p>
    <w:p w14:paraId="6ED8362A" w14:textId="77777777" w:rsidR="00104EB1" w:rsidRDefault="00000000" w:rsidP="00A76C0E">
      <w:pPr>
        <w:spacing w:line="360" w:lineRule="auto"/>
      </w:pPr>
      <w:r>
        <w:rPr>
          <w:b/>
        </w:rPr>
        <w:t>OIB:</w:t>
      </w:r>
      <w:r>
        <w:t xml:space="preserve"> _________________________________________________________________________________</w:t>
      </w:r>
    </w:p>
    <w:p w14:paraId="77A2C98A" w14:textId="77777777" w:rsidR="00104EB1" w:rsidRDefault="00000000" w:rsidP="00A76C0E">
      <w:pPr>
        <w:spacing w:line="360" w:lineRule="auto"/>
      </w:pPr>
      <w:r>
        <w:rPr>
          <w:b/>
        </w:rPr>
        <w:t>Kontakt telefon:</w:t>
      </w:r>
      <w:r>
        <w:t xml:space="preserve"> _____________________________________________________________________</w:t>
      </w:r>
    </w:p>
    <w:p w14:paraId="3B1A9CB5" w14:textId="77777777" w:rsidR="00104EB1" w:rsidRDefault="00000000" w:rsidP="00A76C0E">
      <w:pPr>
        <w:spacing w:before="40" w:after="60" w:line="360" w:lineRule="auto"/>
      </w:pPr>
      <w:r>
        <w:rPr>
          <w:b/>
          <w:sz w:val="19"/>
        </w:rPr>
        <w:t>2. PODACI O LOKACIJI DOVOZA ZEMLJANOG MATERIJALA</w:t>
      </w:r>
    </w:p>
    <w:p w14:paraId="06FAA30D" w14:textId="77777777" w:rsidR="00104EB1" w:rsidRDefault="00000000" w:rsidP="00A76C0E">
      <w:pPr>
        <w:spacing w:line="360" w:lineRule="auto"/>
      </w:pPr>
      <w:r>
        <w:rPr>
          <w:b/>
        </w:rPr>
        <w:t>Adresa / lokacija:</w:t>
      </w:r>
      <w:r>
        <w:t xml:space="preserve"> ____________________________________________________________________</w:t>
      </w:r>
    </w:p>
    <w:p w14:paraId="584DCE49" w14:textId="77777777" w:rsidR="00104EB1" w:rsidRDefault="00000000" w:rsidP="00A76C0E">
      <w:pPr>
        <w:spacing w:line="360" w:lineRule="auto"/>
      </w:pPr>
      <w:r>
        <w:rPr>
          <w:b/>
        </w:rPr>
        <w:t>Katastarska čestica:</w:t>
      </w:r>
      <w:r>
        <w:t xml:space="preserve"> _____________________________________________________________</w:t>
      </w:r>
    </w:p>
    <w:p w14:paraId="3BEFB8F0" w14:textId="77777777" w:rsidR="00104EB1" w:rsidRDefault="00000000" w:rsidP="00A76C0E">
      <w:pPr>
        <w:spacing w:line="360" w:lineRule="auto"/>
      </w:pPr>
      <w:r>
        <w:rPr>
          <w:b/>
        </w:rPr>
        <w:t>Katastarska općina:</w:t>
      </w:r>
      <w:r>
        <w:t xml:space="preserve"> ______________________________________________________________</w:t>
      </w:r>
    </w:p>
    <w:p w14:paraId="769690AC" w14:textId="77777777" w:rsidR="00104EB1" w:rsidRDefault="00000000" w:rsidP="00A76C0E">
      <w:pPr>
        <w:spacing w:line="360" w:lineRule="auto"/>
      </w:pPr>
      <w:r>
        <w:rPr>
          <w:b/>
        </w:rPr>
        <w:t>Okvirna potrebna količina zemljanog materijala (m³):</w:t>
      </w:r>
      <w:r>
        <w:t xml:space="preserve"> __________________________________</w:t>
      </w:r>
    </w:p>
    <w:p w14:paraId="09390D40" w14:textId="77777777" w:rsidR="00104EB1" w:rsidRDefault="00000000" w:rsidP="00A76C0E">
      <w:pPr>
        <w:spacing w:after="20" w:line="360" w:lineRule="auto"/>
      </w:pPr>
      <w:r>
        <w:rPr>
          <w:b/>
        </w:rPr>
        <w:t>Namjena za koju se zemljani materijal traži:</w:t>
      </w:r>
    </w:p>
    <w:p w14:paraId="6CBDFFFA" w14:textId="4A042574" w:rsidR="00104EB1" w:rsidRDefault="00000000" w:rsidP="00A76C0E">
      <w:pPr>
        <w:spacing w:after="20" w:line="360" w:lineRule="auto"/>
      </w:pPr>
      <w:r>
        <w:t>_______________________________________________________________________________________________________</w:t>
      </w:r>
    </w:p>
    <w:p w14:paraId="50120EB5" w14:textId="77777777" w:rsidR="00104EB1" w:rsidRDefault="00000000" w:rsidP="00A73862">
      <w:pPr>
        <w:spacing w:line="360" w:lineRule="auto"/>
        <w:jc w:val="both"/>
      </w:pPr>
      <w:r>
        <w:t>Podnositelj zahtjeva izjavljuje da je vlasnik odnosno da ima odgovarajuće pravo korištenja nekretnine na koju se traži dovoz zemljanog materijala te da će se dovezeni materijal koristiti isključivo na navedenoj lokaciji i za navedenu namjenu.</w:t>
      </w:r>
    </w:p>
    <w:p w14:paraId="5FCB1D61" w14:textId="77777777" w:rsidR="00104EB1" w:rsidRDefault="00000000" w:rsidP="00A73862">
      <w:pPr>
        <w:spacing w:after="60" w:line="360" w:lineRule="auto"/>
        <w:jc w:val="both"/>
      </w:pPr>
      <w:r>
        <w:t xml:space="preserve">Podnositelj je upoznat da se zahtjev odnosi na zemljani materijal nastao izvođenjem zemljanih radova u okviru projekta „Izgradnja vatrogasnog doma u </w:t>
      </w:r>
      <w:proofErr w:type="gramStart"/>
      <w:r>
        <w:t>Iloku“ te</w:t>
      </w:r>
      <w:proofErr w:type="gramEnd"/>
      <w:r>
        <w:t xml:space="preserve"> da odobrenje Grada ne predstavlja jamstvo određene količine niti roka dovoza materijala, koji ovise o dinamici izvođenja radova i raspoloživoj količini materijala.</w:t>
      </w:r>
    </w:p>
    <w:p w14:paraId="4CA5CC11" w14:textId="77777777" w:rsidR="00A73862" w:rsidRDefault="00A73862" w:rsidP="00A73862">
      <w:pPr>
        <w:spacing w:after="60" w:line="360" w:lineRule="auto"/>
        <w:jc w:val="both"/>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56"/>
        <w:gridCol w:w="5156"/>
      </w:tblGrid>
      <w:tr w:rsidR="00104EB1" w14:paraId="3274EEE1" w14:textId="77777777">
        <w:trPr>
          <w:jc w:val="center"/>
        </w:trPr>
        <w:tc>
          <w:tcPr>
            <w:tcW w:w="5156" w:type="dxa"/>
          </w:tcPr>
          <w:p w14:paraId="0E32F419" w14:textId="77777777" w:rsidR="00104EB1" w:rsidRDefault="00000000" w:rsidP="00A76C0E">
            <w:pPr>
              <w:spacing w:after="0" w:line="360" w:lineRule="auto"/>
            </w:pPr>
            <w:r>
              <w:t>U Iloku, __________________ 2026. godine</w:t>
            </w:r>
          </w:p>
        </w:tc>
        <w:tc>
          <w:tcPr>
            <w:tcW w:w="5156" w:type="dxa"/>
          </w:tcPr>
          <w:p w14:paraId="53CB1F19" w14:textId="77777777" w:rsidR="00104EB1" w:rsidRDefault="00000000" w:rsidP="00A76C0E">
            <w:pPr>
              <w:spacing w:after="0" w:line="360" w:lineRule="auto"/>
              <w:jc w:val="center"/>
            </w:pPr>
            <w:r>
              <w:t>Podnositelj zahtjeva</w:t>
            </w:r>
          </w:p>
        </w:tc>
      </w:tr>
      <w:tr w:rsidR="00104EB1" w14:paraId="34352A83" w14:textId="77777777">
        <w:trPr>
          <w:jc w:val="center"/>
        </w:trPr>
        <w:tc>
          <w:tcPr>
            <w:tcW w:w="5156" w:type="dxa"/>
          </w:tcPr>
          <w:p w14:paraId="4AFCFDB0" w14:textId="77777777" w:rsidR="00104EB1" w:rsidRDefault="00104EB1" w:rsidP="00A76C0E">
            <w:pPr>
              <w:spacing w:after="0" w:line="360" w:lineRule="auto"/>
            </w:pPr>
          </w:p>
        </w:tc>
        <w:tc>
          <w:tcPr>
            <w:tcW w:w="5156" w:type="dxa"/>
          </w:tcPr>
          <w:p w14:paraId="669D1B82" w14:textId="77777777" w:rsidR="00104EB1" w:rsidRDefault="00000000" w:rsidP="00A76C0E">
            <w:pPr>
              <w:spacing w:after="0" w:line="360" w:lineRule="auto"/>
              <w:jc w:val="center"/>
            </w:pPr>
            <w:r>
              <w:t>____________________________</w:t>
            </w:r>
            <w:r>
              <w:br/>
              <w:t>(potpis)</w:t>
            </w:r>
          </w:p>
        </w:tc>
      </w:tr>
    </w:tbl>
    <w:p w14:paraId="76ACA6B9" w14:textId="77777777" w:rsidR="00104EB1" w:rsidRDefault="00000000" w:rsidP="00A76C0E">
      <w:pPr>
        <w:spacing w:before="100" w:after="60" w:line="360" w:lineRule="auto"/>
        <w:jc w:val="center"/>
      </w:pPr>
      <w:r>
        <w:rPr>
          <w:b/>
          <w:sz w:val="22"/>
        </w:rPr>
        <w:t>ODOBRENJE GRADA ILOKA</w:t>
      </w:r>
    </w:p>
    <w:p w14:paraId="5884FDD1" w14:textId="77777777" w:rsidR="00104EB1" w:rsidRDefault="00000000" w:rsidP="00A76C0E">
      <w:pPr>
        <w:spacing w:after="20" w:line="360" w:lineRule="auto"/>
      </w:pPr>
      <w:r>
        <w:t>Na temelju podnesenog zahtjeva odobrava se dovoz zemljanog materijala nastalog izvođenjem radova na projektu „Izgradnja vatrogasnog doma u Iloku“ na lokaciju:</w:t>
      </w:r>
    </w:p>
    <w:p w14:paraId="010A2973" w14:textId="3EBB059B" w:rsidR="00104EB1" w:rsidRDefault="00000000" w:rsidP="00A76C0E">
      <w:pPr>
        <w:spacing w:after="20" w:line="360" w:lineRule="auto"/>
      </w:pPr>
      <w:r>
        <w:t>___________________________________________________________________________________________________</w:t>
      </w:r>
    </w:p>
    <w:p w14:paraId="7DE4D12D" w14:textId="7B1C24A2" w:rsidR="00104EB1" w:rsidRDefault="00000000" w:rsidP="00A76C0E">
      <w:pPr>
        <w:spacing w:line="360" w:lineRule="auto"/>
      </w:pPr>
      <w:r>
        <w:t>k.č.br. ____________________________, k.o. ___________________________, u količini do približno ______________ m³.</w:t>
      </w:r>
    </w:p>
    <w:p w14:paraId="4E39B897" w14:textId="77777777" w:rsidR="00104EB1" w:rsidRDefault="00000000" w:rsidP="00A76C0E">
      <w:pPr>
        <w:spacing w:line="360" w:lineRule="auto"/>
      </w:pPr>
      <w:r>
        <w:t>Dovoz materijala izvršit će se ovisno o raspoloživoj količini zemljanog materijala i dinamici izvođenja radova, u koordinaciji s izvođačem radova.</w:t>
      </w:r>
    </w:p>
    <w:p w14:paraId="176B4702" w14:textId="77777777" w:rsidR="00104EB1" w:rsidRDefault="00000000" w:rsidP="00A76C0E">
      <w:pPr>
        <w:spacing w:after="60" w:line="360" w:lineRule="auto"/>
      </w:pPr>
      <w:r>
        <w:t>Ovo odobrenje odnosi se isključivo na dovoz zemljanog materijala na lokaciju navedenu u zahtjevu.</w:t>
      </w:r>
    </w:p>
    <w:p w14:paraId="012B60C2" w14:textId="77777777" w:rsidR="00A73862" w:rsidRDefault="00A73862" w:rsidP="00A76C0E">
      <w:pPr>
        <w:spacing w:after="60" w:line="360" w:lineRule="auto"/>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56"/>
        <w:gridCol w:w="5156"/>
      </w:tblGrid>
      <w:tr w:rsidR="00104EB1" w14:paraId="22160973" w14:textId="77777777">
        <w:trPr>
          <w:jc w:val="center"/>
        </w:trPr>
        <w:tc>
          <w:tcPr>
            <w:tcW w:w="5156" w:type="dxa"/>
          </w:tcPr>
          <w:p w14:paraId="098FDC84" w14:textId="77777777" w:rsidR="00104EB1" w:rsidRDefault="00000000" w:rsidP="00A76C0E">
            <w:pPr>
              <w:spacing w:after="0" w:line="360" w:lineRule="auto"/>
            </w:pPr>
            <w:r>
              <w:t>KLASA: __________________________</w:t>
            </w:r>
          </w:p>
        </w:tc>
        <w:tc>
          <w:tcPr>
            <w:tcW w:w="5156" w:type="dxa"/>
          </w:tcPr>
          <w:p w14:paraId="6F0B5DB0" w14:textId="77777777" w:rsidR="00104EB1" w:rsidRDefault="00000000" w:rsidP="00A76C0E">
            <w:pPr>
              <w:spacing w:after="0" w:line="360" w:lineRule="auto"/>
              <w:jc w:val="center"/>
            </w:pPr>
            <w:r>
              <w:rPr>
                <w:b/>
              </w:rPr>
              <w:t>GRADONAČELNICA</w:t>
            </w:r>
          </w:p>
        </w:tc>
      </w:tr>
      <w:tr w:rsidR="00104EB1" w14:paraId="7653A388" w14:textId="77777777">
        <w:trPr>
          <w:jc w:val="center"/>
        </w:trPr>
        <w:tc>
          <w:tcPr>
            <w:tcW w:w="5156" w:type="dxa"/>
          </w:tcPr>
          <w:p w14:paraId="42753274" w14:textId="77777777" w:rsidR="00104EB1" w:rsidRDefault="00000000" w:rsidP="00A76C0E">
            <w:pPr>
              <w:spacing w:after="0" w:line="360" w:lineRule="auto"/>
            </w:pPr>
            <w:r>
              <w:t>URBROJ: _________________________</w:t>
            </w:r>
          </w:p>
        </w:tc>
        <w:tc>
          <w:tcPr>
            <w:tcW w:w="5156" w:type="dxa"/>
          </w:tcPr>
          <w:p w14:paraId="251D7664" w14:textId="77777777" w:rsidR="00104EB1" w:rsidRDefault="00000000" w:rsidP="00A76C0E">
            <w:pPr>
              <w:spacing w:after="0" w:line="360" w:lineRule="auto"/>
              <w:jc w:val="center"/>
            </w:pPr>
            <w:r>
              <w:rPr>
                <w:b/>
              </w:rPr>
              <w:t>Renata Banožić, mag. oec.</w:t>
            </w:r>
          </w:p>
        </w:tc>
      </w:tr>
      <w:tr w:rsidR="00104EB1" w14:paraId="31D4CB6E" w14:textId="77777777">
        <w:trPr>
          <w:jc w:val="center"/>
        </w:trPr>
        <w:tc>
          <w:tcPr>
            <w:tcW w:w="5156" w:type="dxa"/>
          </w:tcPr>
          <w:p w14:paraId="01B58402" w14:textId="77777777" w:rsidR="00104EB1" w:rsidRDefault="00000000" w:rsidP="00A76C0E">
            <w:pPr>
              <w:spacing w:after="0" w:line="360" w:lineRule="auto"/>
            </w:pPr>
            <w:r>
              <w:t>Ilok, __________________ 2026. godine</w:t>
            </w:r>
          </w:p>
        </w:tc>
        <w:tc>
          <w:tcPr>
            <w:tcW w:w="5156" w:type="dxa"/>
          </w:tcPr>
          <w:p w14:paraId="2B95EDE9" w14:textId="77777777" w:rsidR="00104EB1" w:rsidRDefault="00104EB1" w:rsidP="00A76C0E">
            <w:pPr>
              <w:spacing w:after="0" w:line="360" w:lineRule="auto"/>
              <w:jc w:val="center"/>
            </w:pPr>
          </w:p>
        </w:tc>
      </w:tr>
      <w:tr w:rsidR="00104EB1" w14:paraId="1D2BEA97" w14:textId="77777777">
        <w:trPr>
          <w:jc w:val="center"/>
        </w:trPr>
        <w:tc>
          <w:tcPr>
            <w:tcW w:w="5156" w:type="dxa"/>
          </w:tcPr>
          <w:p w14:paraId="4B8D05E4" w14:textId="77777777" w:rsidR="00104EB1" w:rsidRDefault="00104EB1" w:rsidP="00A76C0E">
            <w:pPr>
              <w:spacing w:after="0" w:line="360" w:lineRule="auto"/>
            </w:pPr>
          </w:p>
        </w:tc>
        <w:tc>
          <w:tcPr>
            <w:tcW w:w="5156" w:type="dxa"/>
          </w:tcPr>
          <w:p w14:paraId="7C27C7E1" w14:textId="77777777" w:rsidR="00104EB1" w:rsidRDefault="00000000" w:rsidP="00A76C0E">
            <w:pPr>
              <w:spacing w:after="0" w:line="360" w:lineRule="auto"/>
              <w:jc w:val="center"/>
            </w:pPr>
            <w:r>
              <w:t>____________________________</w:t>
            </w:r>
            <w:r>
              <w:br/>
              <w:t>(potpis i pečat)</w:t>
            </w:r>
          </w:p>
        </w:tc>
      </w:tr>
    </w:tbl>
    <w:p w14:paraId="38D37367" w14:textId="77777777" w:rsidR="004C50C3" w:rsidRDefault="004C50C3" w:rsidP="00A76C0E">
      <w:pPr>
        <w:spacing w:line="360" w:lineRule="auto"/>
      </w:pPr>
    </w:p>
    <w:sectPr w:rsidR="004C50C3" w:rsidSect="00034616">
      <w:pgSz w:w="12240" w:h="15840"/>
      <w:pgMar w:top="624" w:right="964" w:bottom="62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16cid:durableId="2019457719">
    <w:abstractNumId w:val="8"/>
  </w:num>
  <w:num w:numId="2" w16cid:durableId="225803723">
    <w:abstractNumId w:val="6"/>
  </w:num>
  <w:num w:numId="3" w16cid:durableId="1165171520">
    <w:abstractNumId w:val="5"/>
  </w:num>
  <w:num w:numId="4" w16cid:durableId="118840143">
    <w:abstractNumId w:val="4"/>
  </w:num>
  <w:num w:numId="5" w16cid:durableId="585920707">
    <w:abstractNumId w:val="7"/>
  </w:num>
  <w:num w:numId="6" w16cid:durableId="1713963381">
    <w:abstractNumId w:val="3"/>
  </w:num>
  <w:num w:numId="7" w16cid:durableId="1703745970">
    <w:abstractNumId w:val="2"/>
  </w:num>
  <w:num w:numId="8" w16cid:durableId="641272570">
    <w:abstractNumId w:val="1"/>
  </w:num>
  <w:num w:numId="9" w16cid:durableId="124684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4EB1"/>
    <w:rsid w:val="0015074B"/>
    <w:rsid w:val="0028316F"/>
    <w:rsid w:val="0029639D"/>
    <w:rsid w:val="00326F90"/>
    <w:rsid w:val="004C50C3"/>
    <w:rsid w:val="00A73862"/>
    <w:rsid w:val="00A76C0E"/>
    <w:rsid w:val="00AA1D8D"/>
    <w:rsid w:val="00AA444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06844"/>
  <w14:defaultImageDpi w14:val="300"/>
  <w15:docId w15:val="{CDD2C990-175A-4FFA-BC5B-99CEF59B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rial" w:hAnsi="Arial"/>
      <w:sz w:val="18"/>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Dubravka Tomšik</cp:lastModifiedBy>
  <cp:revision>2</cp:revision>
  <cp:lastPrinted>2026-08-28T09:24:00Z</cp:lastPrinted>
  <dcterms:created xsi:type="dcterms:W3CDTF">2026-08-28T09:29:00Z</dcterms:created>
  <dcterms:modified xsi:type="dcterms:W3CDTF">2026-08-28T09:29:00Z</dcterms:modified>
  <cp:category/>
</cp:coreProperties>
</file>